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ומבשרי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החצב כאחד ממבשרי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ולסדר נכון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וכללי בטיחות בטיול 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הוא פורח בסתיו לפני הגשם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פקעת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ידוע כמבשר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פרח בר מוגן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פקעת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(סימן שהעונה מתחילה)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 מתחת לאדמה ששומר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(מסוכן לטעום או לאכול)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הפקעת נחה מתחת לאדמה בקיץ החם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בסתיו, לפני הגשם, צומח גבעול עם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נובלים והעלים הירוקים מתחילים לצמוח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האביב העלים נובלים והפקעת חוזרת למנוחה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חושי של הטיול, אזכור החצב כמבשר הסתיו, שמירה על כללי הבטיחות (לא קוטפים ולא טועמים)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מראה הבנה שהחצב מסמן תחילת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שהוא רעיל ופרח בר 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מנוחה, פריחה, צמיחת 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בתמונה של חצב פורח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חלק הסידור כדאי להזכיר בעל פה את שלבי מעגל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להוריד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ומבשרי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הקיץ, עוד לפני הגשם הראשון, פורח החצב ומבשר שהסתיו מתקרב. באתר לומדים על מעגל החיים שלו, משחקים ויוצרים דברים הקשורים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מבשרי  ·  פקעת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קוראים לחצב "מבשר הסתיו"?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פורח בסתיו לפני הגשם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פורח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פורח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מסתתר מתחת לאדמה כל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פקעת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שורש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זרע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פורח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לקטוף חצבים בטיול.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החצב הוא אחד מ__________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מתחת לאדמה מסתתרת ה__________ של החצב.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מבשר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מסוכן לטעום או לאכול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פקעת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סימן שהעונה מתחילה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חלק מתחת לאדמה ששומר מים ומזון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בסתיו, לפני הגשם, צומח גבעול עם פרחים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האביב העלים נובלים והפקעת חוזרת למנוחה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הפקעת נחה מתחת לאדמה בקיץ החם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הפרחים נובלים והעלים הירוקים מתחילים לצמוח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טיול תצפית שבו ראיתם חצב פורח. כתבו יומן תצפית קצר: מה ראיתם, מה הרגשתם, ומה שמעתם סביבכם.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"מבשר הסתיו"?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אסור לקטוף או לטעום את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ומבשרי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