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ומבשרי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החצב כאחד ממבשרי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ולסדר נכון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וכללי בטיחות בטיול 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הוא פורח בסתיו לפני הגשם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העלים עוד לא צמחו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פרח בר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הוא רעיל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ידוע כמבשר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פרח בר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צומחים הפרחים ואחר כך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היא שומרת מים ומזון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החצב רעיל ומסוכן לטעימה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פקעת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(סימן שהעונה מתחילה)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 מתחת לאדמה ששומר מים ומזון)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(מסוכן לטעום או לאכול)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(אסור לקטוף אותו בטבע)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(התבוננות בטבע ורישום מה רואים)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הפקעת נחה מתחת לאדמה בקיץ החם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בסתיו, לפני הגשם, צומח גבעול עם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נובלים והעלים הירוקים מתחילים לצמוח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העלים אוספים אנרגיה מהשמש לאורך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האביב העלים נובלים והפקעת חוזרת למנוחה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חושי של הטיול, אזכור החצב כמבשר הסתיו, שמירה על כללי הבטיחות (לא קוטפים ולא טועמים)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מראה הבנה שהחצב מסמן תחילת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שהוא רעיל ופרח בר 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מנוחה, פריחה, צמיחת 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בתמונה של חצב פורח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חלק הסידור כדאי להזכיר בעל פה את שלבי מעגל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להוריד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החצב ומבשרי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פורח פרח בשם חצב. הוא מבשר שהעונה מתחלפת. נלמד עליו ונתרגל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שפורח בסתיו לפני הגשם הראשון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 הסתיו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או סימן שמראה שהסתיו מתחיל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פקעת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מתחת לאדמה ששומר מים ומזון לצמח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החיים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שצמח עובר לאורך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פרח בר מוגן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שאסור לקטוף אותו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מסוכן לטעום או לאכול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התבוננות בטבע ורישום מה רואים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שבה צמח או בעל חיים משתנה כדי לשרוד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בסתיו לפני הגשם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בקיץ החם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פורח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לא פורח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עלים כשהחצב פורח?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 עוד לא צמחו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העלים גדולים וירוקים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העלים נבלו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לחצב אין עלים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שומר את הצמח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פקעת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זרע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ענף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מגינים על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 בר 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עשב שגדל בגינה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 שמותר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אסור לטעום 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רעיל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קשה לעיסה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מריר מעט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חצבים בטיול.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של החצב צומחים לפני הפרחים.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הפקעת של החצב נמצאת מתחת לאדמה.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לטעום את החצב כי הוא לא מזיק.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הוא אחד מ__________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מתחת לאדמה מסתתרת ה__________ של החצב.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לקטוף את החצב כי הוא פרח 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טיול תצפית הולכים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מבשר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התבוננות בטבע ורישום מה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פקעת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שהעונה מתחילה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מתחת לאדמה ששומר מים ומזון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פרח בר מוגן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מסוכן לטעום או לאכול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תצפית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אסור לקטוף אותו בטבע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האביב העלים נובלים והפקעת חוזרת למנוחה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נובלים והעלים הירוקים מתחילים לצמוח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אוספים אנרגיה מהשמש לאורך החורף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בסתיו, לפני הגשם, צומח גבעול עם פרחים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הפקעת נחה מתחת לאדמה בקיץ החם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טיול תצפית שבו ראיתם חצב פורח. כתבו יומן תצפית קצר: מה ראיתם, מה הרגשתם, ומה שמעתם סביבכם.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"מבשר הסתיו"?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אסור לקטוף או לטעום את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קודם למה: פריחה, מנוחה או צמיחת עלים?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החצב ומבשרי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